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e047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3: אי־שוויון מרחבי · חוברת קטנה</w:t>
      </w:r>
    </w:p>
    <w:p>
      <w:pPr>
        <w:pStyle w:val="Title"/>
        <w:bidi w:val="1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מודדים פיתוח: מדדים ורצף</w:t>
      </w:r>
    </w:p>
    <w:p>
      <w:pPr>
        <w:bidi w:val="1"/>
        <w:spacing w:after="8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🚀 ז׳ רגיל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ps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8"/>
          <w:rtl w:val="1"/>
          <w:bCs/>
          <w:szCs w:val="28"/>
        </w:rPr>
        <w:t>מדחום, לחץ דם ודופק – ככה בודקים גם את ״הבריאות״ של מדינה.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 פיתוח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מספר שמתאר תחום אחד בחיי מדינה – בריאות, כלכלה, חינוך או תשתיות – ומשמש להשוואת רמת הפיתוח.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אחוז האנשים שיודעים לקרוא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תוחלת חיים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מספר השנים הממוצע שאדם צפוי לחיות במדינה מסוימת.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בממוצע חיים יותר משמונים שנה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תמותת תינוקות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מספר התינוקות שנפטרים לפני גיל שנה מכל אלף לידות; מדד חשוב לבריאות ולרפואה.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מספר נמוך מעיד על רפואה טובה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ריבוי טבעי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ההפרש בין שיעור הילודה לשיעור התמותה; מראה בכמה האוכלוסייה גדלה מעצמה.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נולדו 20 ונפטרו 5 מכל אלף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תמג לנפש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שווי כל הסחורות והשירותים שמדינה מייצרת בשנה, מחולק במספר התושבים.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עשירה עם תוצר גבוה לכל אדם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אינדקס הפיתוח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 משולב שמחבר תוחלת חיים, שנות לימוד והכנסה לנפש לציון בין 0 ל-1.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מדינה עם ציון קרוב ל-1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רצף הפיתוח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סידור המדינות לפי רמת הפיתוח, מתת-מפותחות דרך פחות מפותחות ומפותחות ועד מפותחות מאוד.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מדינות מסודרות לפי הציון שלהן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מדינות מתפתחות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 כולל למדינות הפחות מפותחות ולמדינות התת-מפותחות.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מדינות עם הכנסה נמוכה ותשתיות חסרות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מדחום למדינה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כשרופאה רוצה לדעת אם מישהו בריא, היא מודדת חום, לחץ דם ודופק. כך גם גאוגרפים: כדי לדעת מהי רמת הפיתוח של מדינה, הם משתמשים בכמה מדדי פיתוח. כל מדד מתאר תחום אחד – בריאות, כלכלה, חינוך או תשתיות – ורק כמה מדדים יחד נותנים תמונה מלאה.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מדדים דמוגרפיים עוסקים באוכלוסייה: תוחלת חיים, תמותת תינוקות, שיעור ילודה, שיעור תמותה וריבוי טבעי – ההפרש בין ילודה לתמותה. מדד כלכלי חשוב הוא תמ״ג לנפש: שווי כל הסחורות והשירותים שהמדינה מייצרת בשנה, מחולק במספר התושבים.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מדדי חברה ורווחה בודקים שיעור יודעי קרוא וכתוב, מספר נפשות לרופא ונגישות למים נקיים. מדדי תשתיות ותקשורת בודקים שימוש באינטרנט, רמת מינוע וצריכת אנרגיה לתושב. יש גם מדד משולב – אינדקס הפיתוח – שמשלב תוחלת חיים, שנות לימוד והכנסה לנפש לציון בין 0 ל-1. בדירוג האחרון הובילה איסלנד, וישראל דורגה במקום ה-27.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בעזרת המדד מסדרים מדינות על רצף: תת-מפותחות, פחות מפותחות, מפותחות ומפותחות מאוד. ״מדינות מתפתחות״ הוא שם כולל לשתי הקבוצות הראשונות. לפעמים המדדים ״לא מסכימים״: בחלק ממדינות הנפט התמ״ג לנפש גבוה מאוד, אבל שיעור הילודה גבוה יחסית למדינות עשירות. לכן משווים תמיד לפי כמה מדדים.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מדד פיתוח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ההפרש בין שיעור הילודה לשיעור התמותה; מראה בכמה האוכלוסייה גדלה מעצמה.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תוחלת חיים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מדד משולב שמחבר תוחלת חיים, שנות לימוד והכנסה לנפש לציון בין 0 ל-1.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תמותת תינוקות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שווי כל הסחורות והשירותים שמדינה מייצרת בשנה, מחולק במספר התושבים.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ריבוי טבעי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מספר השנים הממוצע שאדם צפוי לחיות במדינה מסוימת.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תמג לנפש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מספר שמתאר תחום אחד בחיי מדינה – בריאות, כלכלה, חינוך או תשתיות – ומשמש להשוואת רמת הפיתוח.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אינדקס הפיתוח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ו. מספר התינוקות שנפטרים לפני גיל שנה מכל אלף לידות; מדד חשוב לבריאות ולרפואה.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F6FDE"/>
          <w:sz w:val="23"/>
          <w:rtl w:val="1"/>
          <w:bCs/>
          <w:szCs w:val="23"/>
        </w:rPr>
        <w:t>מחסן מילים: מדינות מתפתחות   ·   רצף הפיתוח   ·   אינדקס הפיתוח   ·   תמג לנפש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מדינות עם הכנסה נמוכה ותשתיות חסרות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מדינות מסודרות לפי הציון שלהן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מדינה עם ציון קרוב ל-1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4. מדינה עשירה עם תוצר גבוה לכל אדם – זו דוגמה ל־______________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מהו ריבוי טבעי?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מספר העולים למדינה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ההפרש בין שיעור הילודה לשיעור התמותה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מספר התושבים בעיר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מספר הילדים בכל משפחה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כיצד מחשבים תמ״ג לנפש?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שווי הסחורות והשירותים בשנה חלקי מספר התושבים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מספר המפעלים כפול שתיים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מספר התושבים חלקי מספר הערים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השכר של ראש המדינה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אילו שלושה תחומים מחבר אינדקס הפיתוח?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גשם, טמפרטורה ורוח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מכוניות, כבישים ונמלים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תוחלת חיים, שנות לימוד והכנסה לנפש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ילודה, תמותה והגירה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מלמד המקרה של מדינות הנפט?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שמדד אחד לבדו עלול להטעות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שנפט מוריד את התמ״ג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שאין בהן ילודה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שכל המדדים תמיד מסכימים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כוללת הקבוצה ״מדינות מתפתחות״?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מדינות מפותחות מאוד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מדינות פחות מפותחות ותת-מפותחות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רק מדינות באירופה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מדינות הנפט בלבד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תמותת תינוקות נמוכה מעידה בדרך כלל על מערכת בריאות טובה.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אינדקס הפיתוח נע בין 0 ל-100.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רמת מינוע היא מדד של תשתיות ותחבורה.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במדינה עם תמ״ג גבוה כל המדדים בהכרח גבוהים.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8f0ff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מיינו את המדדים לפי תחום: תוחלת חיים, תמ״ג לנפש, קרוא וכתוב, שימוש באינטרנט.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הסבירו מדוע רופאה וגאוגרף פועלים בצורה דומה כשהם בודקים ״בריאות״.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מדינה עם תמ״ג גבוה ושיעור קרוא וכתוב נמוך – האם היא מפותחת? נמקו.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E0475B"/>
          <w:sz w:val="26"/>
          <w:rtl w:val="1"/>
          <w:bCs/>
          <w:szCs w:val="26"/>
        </w:rPr>
        <w:t>🎫 כרטיס יציאה – מודדים פיתוח: מדדים ורצף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ארבעה תחומים של מדדי פיתוח: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מה מחבר אינדקס הפיתוח?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מדוע מדד אחד עלול להטעות?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מודדים פיתוח: מדדים ורצף – חוברת תלמיד – ז׳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