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e047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3: אי־שוויון מרחבי · חוברת קטנה</w:t>
      </w:r>
    </w:p>
    <w:p>
      <w:pPr>
        <w:pStyle w:val="Title"/>
        <w:bidi w:val="1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מפותח ופחות מפותח: יחסי תלות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ps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8"/>
          <w:rtl w:val="1"/>
          <w:bCs/>
          <w:szCs w:val="28"/>
        </w:rPr>
        <w:t>חוט אחד מחבר מדינות רבות – אבל מי מחזיק בקצה שלו?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יחסי תלות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אחת צריכה מאוד מדינה אחרת.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שחיה ממכירת קפה למדינות עשירות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מחקר ופיתוח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ממציאים ומתכננים מוצרים חדשים.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מעבדה שמתכננת טלפון חדש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העברת רווחים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הכסף מהמפעל חוזר למדינה העשירה.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רווח ממפעל באסיה עובר למטה באירופה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עובדים זרים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אנשים שבאים מארץ אחרת כדי לעבוד.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מטפלת בקשישים ששולחת כסף הביתה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בריחת מוחות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אנשים חכמים עוזבים את המדינה שלהם.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רופאה שעוברת לעבוד במדינה עשירה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סחר לא שוויוני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מוכרים בזול וקונים ביוקר.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מוכרים פולי קפה וקונים מכונות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שולט ונשלט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צד אחד מחליט, והשני צריך להסכים.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קונים גדולים שקובעים את מחיר הכותנה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סיוע בינלאומי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עזרה ממדינות אחרות למדינה שצריכה.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מומחים שמלמדים השקיה בטפטוף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חוט אחד, שני קצוות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חולצה מתוכננת במשרד בעיר עשירה. הכותנה גדלה במדינה ענייה. את החולצה תופרים במדינה שבה משלמים מעט. היא נמכרת בחנות במדינה עשירה. רוב הכסף חוזר למדינה העשירה.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אנשים שעוזבים מדינה ענייה כדי לעבוד במדינה עשירה. הם שולחים כסף למשפחה. הכסף עוזר לבנות בית ולשלם על בית ספר. לפעמים גם רופאים ומהנדסים עוזבים. אז המדינה שלהם מפסידה.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מדינות עניות מוכרות קפה וכותנה בזול. הן קונות מכונות ביוקר. מדינות אחרות שולחות עזרה. עזרה טובה מלמדת איך לעבוד טוב יותר. כמו שאומרים: לא רק לתת דג, אלא ללמד לדוג.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יחסי תלות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ממציאים ומתכננים מוצרים חדשים.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מחקר ופיתוח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אנשים חכמים עוזבים את המדינה שלהם.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העברת רווחים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מדינה אחת צריכה מאוד מדינה אחרת.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עובדים זרים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הכסף מהמפעל חוזר למדינה העשירה.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בריחת מוחות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אנשים שבאים מארץ אחרת כדי לעבוד.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שולט ונשלט   ·   סחר לא שוויוני   ·   סיוע בינלאומי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מומחים שמלמדים השקיה בטפטוף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קונים גדולים שקובעים את מחיר הכותנה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מוכרים פולי קפה וקונים מכונות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לאן חוזר רוב הכסף מהחולצה?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לשדה הכותנה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למדינה העשירה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לתופרת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למה אנשים עוזבים מדינה ענייה?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כדי לעבוד ולהרוויח יותר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משעמם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אין שם 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כדי לראות 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מוכרות מדינות עניות בדרך כלל?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מטוסים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טלפונים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קפה וכותנה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מחשבים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זה ״ללמד לדוג״?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לתת דג אחד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למכור דגים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לאכול דגים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ללמד איך להסתדר לבד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קורה כשרופאים עוזבים מדינה ענייה?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המדינה מפסידה את הידע שלהם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המדינה מרוויחה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שום 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יש יותר רופאים שם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כל המדינות מרוויחות מהחולצה באותה מידה.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עובדים שבאים מרחוק שולחים כסף למשפחות שלהם.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מדינות עניות מוכרות קפה ביוקר וקונות מכונות בזול.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עזרה טובה מלמדת איך לעבוד טוב יותר.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דבר אחד שמדינה עשירה יכולה ללמד מדינה ענייה.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מדינה עשירה יכולה ללמד...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איך לדעתכם מרגיש עובד שגר רחוק מהמשפחה שלו?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הוא מרגיש...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🎫 כרטיס יציאה – מפותח ופחות מפותח: יחסי תלות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תלות היא...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 זה ללמד לדוג?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שאלה שיש לי: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מפותח ופחות מפותח: יחסי תלות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