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מפותח ופחות מפותח: יחסי תלות</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חוט אחד מחבר מדינות רבות – אבל מי מחזיק בקצה שלו?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יחסי תלות</w:t>
            </w:r>
          </w:p>
        </w:tc>
        <w:tc>
          <w:tcPr>
            <w:tcW w:type="dxa" w:w="5102"/>
          </w:tcPr>
          <w:p>
            <w:pPr>
              <w:bidi w:val="1"/>
              <w:jc w:val="right"/>
            </w:pPr>
            <w:r/>
            <w:r>
              <w:rPr>
                <w:rFonts w:ascii="Assistant" w:hAnsi="Assistant" w:cs="Assistant"/>
                <w:b w:val="0"/>
                <w:sz w:val="21"/>
                <w:rtl w:val="1"/>
                <w:szCs w:val="21"/>
              </w:rPr>
              <w:t>קשר בין מדינות שבו צד אחד חזק יותר וקובע, והצד האחר זקוק לו ותלוי בהחלטותיו.</w:t>
            </w:r>
          </w:p>
        </w:tc>
        <w:tc>
          <w:tcPr>
            <w:tcW w:type="dxa" w:w="2835"/>
          </w:tcPr>
          <w:p>
            <w:pPr>
              <w:bidi w:val="1"/>
              <w:jc w:val="right"/>
            </w:pPr>
            <w:r/>
            <w:r>
              <w:rPr>
                <w:rFonts w:ascii="Assistant" w:hAnsi="Assistant" w:cs="Assistant"/>
                <w:b w:val="0"/>
                <w:sz w:val="21"/>
                <w:rtl w:val="1"/>
                <w:szCs w:val="21"/>
              </w:rPr>
              <w:t>מדינה שחיה ממכירת קפה למדינות עשירות</w:t>
            </w:r>
          </w:p>
        </w:tc>
      </w:tr>
      <w:tr>
        <w:tc>
          <w:tcPr>
            <w:tcW w:type="dxa" w:w="1984"/>
          </w:tcPr>
          <w:p>
            <w:pPr>
              <w:bidi w:val="1"/>
              <w:jc w:val="right"/>
            </w:pPr>
            <w:r/>
            <w:r>
              <w:rPr>
                <w:rFonts w:ascii="Assistant" w:hAnsi="Assistant" w:cs="Assistant"/>
                <w:b w:val="0"/>
                <w:sz w:val="21"/>
                <w:rtl w:val="1"/>
                <w:szCs w:val="21"/>
              </w:rPr>
              <w:t>מחקר ופיתוח</w:t>
            </w:r>
          </w:p>
        </w:tc>
        <w:tc>
          <w:tcPr>
            <w:tcW w:type="dxa" w:w="5102"/>
          </w:tcPr>
          <w:p>
            <w:pPr>
              <w:bidi w:val="1"/>
              <w:jc w:val="right"/>
            </w:pPr>
            <w:r/>
            <w:r>
              <w:rPr>
                <w:rFonts w:ascii="Assistant" w:hAnsi="Assistant" w:cs="Assistant"/>
                <w:b w:val="0"/>
                <w:sz w:val="21"/>
                <w:rtl w:val="1"/>
                <w:szCs w:val="21"/>
              </w:rPr>
              <w:t>המצאה, עיצוב ותכנון של מוצרים חדשים, שנעשים בעיקר במדינות מפותחות עם מדענים ומהנדסים.</w:t>
            </w:r>
          </w:p>
        </w:tc>
        <w:tc>
          <w:tcPr>
            <w:tcW w:type="dxa" w:w="2835"/>
          </w:tcPr>
          <w:p>
            <w:pPr>
              <w:bidi w:val="1"/>
              <w:jc w:val="right"/>
            </w:pPr>
            <w:r/>
            <w:r>
              <w:rPr>
                <w:rFonts w:ascii="Assistant" w:hAnsi="Assistant" w:cs="Assistant"/>
                <w:b w:val="0"/>
                <w:sz w:val="21"/>
                <w:rtl w:val="1"/>
                <w:szCs w:val="21"/>
              </w:rPr>
              <w:t>מעבדה שמתכננת טלפון חדש</w:t>
            </w:r>
          </w:p>
        </w:tc>
      </w:tr>
      <w:tr>
        <w:tc>
          <w:tcPr>
            <w:tcW w:type="dxa" w:w="1984"/>
          </w:tcPr>
          <w:p>
            <w:pPr>
              <w:bidi w:val="1"/>
              <w:jc w:val="right"/>
            </w:pPr>
            <w:r/>
            <w:r>
              <w:rPr>
                <w:rFonts w:ascii="Assistant" w:hAnsi="Assistant" w:cs="Assistant"/>
                <w:b w:val="0"/>
                <w:sz w:val="21"/>
                <w:rtl w:val="1"/>
                <w:szCs w:val="21"/>
              </w:rPr>
              <w:t>העברת רווחים</w:t>
            </w:r>
          </w:p>
        </w:tc>
        <w:tc>
          <w:tcPr>
            <w:tcW w:type="dxa" w:w="5102"/>
          </w:tcPr>
          <w:p>
            <w:pPr>
              <w:bidi w:val="1"/>
              <w:jc w:val="right"/>
            </w:pPr>
            <w:r/>
            <w:r>
              <w:rPr>
                <w:rFonts w:ascii="Assistant" w:hAnsi="Assistant" w:cs="Assistant"/>
                <w:b w:val="0"/>
                <w:sz w:val="21"/>
                <w:rtl w:val="1"/>
                <w:szCs w:val="21"/>
              </w:rPr>
              <w:t>מעבר הרווחים מהמפעלים במדינות פחות מפותחות בחזרה למטה התאגיד במדינה המפותחת.</w:t>
            </w:r>
          </w:p>
        </w:tc>
        <w:tc>
          <w:tcPr>
            <w:tcW w:type="dxa" w:w="2835"/>
          </w:tcPr>
          <w:p>
            <w:pPr>
              <w:bidi w:val="1"/>
              <w:jc w:val="right"/>
            </w:pPr>
            <w:r/>
            <w:r>
              <w:rPr>
                <w:rFonts w:ascii="Assistant" w:hAnsi="Assistant" w:cs="Assistant"/>
                <w:b w:val="0"/>
                <w:sz w:val="21"/>
                <w:rtl w:val="1"/>
                <w:szCs w:val="21"/>
              </w:rPr>
              <w:t>רווח ממפעל באסיה עובר למטה באירופה</w:t>
            </w:r>
          </w:p>
        </w:tc>
      </w:tr>
      <w:tr>
        <w:tc>
          <w:tcPr>
            <w:tcW w:type="dxa" w:w="1984"/>
          </w:tcPr>
          <w:p>
            <w:pPr>
              <w:bidi w:val="1"/>
              <w:jc w:val="right"/>
            </w:pPr>
            <w:r/>
            <w:r>
              <w:rPr>
                <w:rFonts w:ascii="Assistant" w:hAnsi="Assistant" w:cs="Assistant"/>
                <w:b w:val="0"/>
                <w:sz w:val="21"/>
                <w:rtl w:val="1"/>
                <w:szCs w:val="21"/>
              </w:rPr>
              <w:t>עובדים זרים</w:t>
            </w:r>
          </w:p>
        </w:tc>
        <w:tc>
          <w:tcPr>
            <w:tcW w:type="dxa" w:w="5102"/>
          </w:tcPr>
          <w:p>
            <w:pPr>
              <w:bidi w:val="1"/>
              <w:jc w:val="right"/>
            </w:pPr>
            <w:r/>
            <w:r>
              <w:rPr>
                <w:rFonts w:ascii="Assistant" w:hAnsi="Assistant" w:cs="Assistant"/>
                <w:b w:val="0"/>
                <w:sz w:val="21"/>
                <w:rtl w:val="1"/>
                <w:szCs w:val="21"/>
              </w:rPr>
              <w:t>אנשים שעוזבים מדינה פחות מפותחת כדי לעבוד במדינה מפותחת ושולחים כסף למשפחותיהם.</w:t>
            </w:r>
          </w:p>
        </w:tc>
        <w:tc>
          <w:tcPr>
            <w:tcW w:type="dxa" w:w="2835"/>
          </w:tcPr>
          <w:p>
            <w:pPr>
              <w:bidi w:val="1"/>
              <w:jc w:val="right"/>
            </w:pPr>
            <w:r/>
            <w:r>
              <w:rPr>
                <w:rFonts w:ascii="Assistant" w:hAnsi="Assistant" w:cs="Assistant"/>
                <w:b w:val="0"/>
                <w:sz w:val="21"/>
                <w:rtl w:val="1"/>
                <w:szCs w:val="21"/>
              </w:rPr>
              <w:t>מטפלת בקשישים ששולחת כסף הביתה</w:t>
            </w:r>
          </w:p>
        </w:tc>
      </w:tr>
      <w:tr>
        <w:tc>
          <w:tcPr>
            <w:tcW w:type="dxa" w:w="1984"/>
          </w:tcPr>
          <w:p>
            <w:pPr>
              <w:bidi w:val="1"/>
              <w:jc w:val="right"/>
            </w:pPr>
            <w:r/>
            <w:r>
              <w:rPr>
                <w:rFonts w:ascii="Assistant" w:hAnsi="Assistant" w:cs="Assistant"/>
                <w:b w:val="0"/>
                <w:sz w:val="21"/>
                <w:rtl w:val="1"/>
                <w:szCs w:val="21"/>
              </w:rPr>
              <w:t>בריחת מוחות</w:t>
            </w:r>
          </w:p>
        </w:tc>
        <w:tc>
          <w:tcPr>
            <w:tcW w:type="dxa" w:w="5102"/>
          </w:tcPr>
          <w:p>
            <w:pPr>
              <w:bidi w:val="1"/>
              <w:jc w:val="right"/>
            </w:pPr>
            <w:r/>
            <w:r>
              <w:rPr>
                <w:rFonts w:ascii="Assistant" w:hAnsi="Assistant" w:cs="Assistant"/>
                <w:b w:val="0"/>
                <w:sz w:val="21"/>
                <w:rtl w:val="1"/>
                <w:szCs w:val="21"/>
              </w:rPr>
              <w:t>עזיבה של אנשים משכילים ומוכשרים את ארצם, כך שהיא מאבדת את הידע והכישרון שלהם.</w:t>
            </w:r>
          </w:p>
        </w:tc>
        <w:tc>
          <w:tcPr>
            <w:tcW w:type="dxa" w:w="2835"/>
          </w:tcPr>
          <w:p>
            <w:pPr>
              <w:bidi w:val="1"/>
              <w:jc w:val="right"/>
            </w:pPr>
            <w:r/>
            <w:r>
              <w:rPr>
                <w:rFonts w:ascii="Assistant" w:hAnsi="Assistant" w:cs="Assistant"/>
                <w:b w:val="0"/>
                <w:sz w:val="21"/>
                <w:rtl w:val="1"/>
                <w:szCs w:val="21"/>
              </w:rPr>
              <w:t>רופאה שעוברת לעבוד במדינה עשירה</w:t>
            </w:r>
          </w:p>
        </w:tc>
      </w:tr>
      <w:tr>
        <w:tc>
          <w:tcPr>
            <w:tcW w:type="dxa" w:w="1984"/>
          </w:tcPr>
          <w:p>
            <w:pPr>
              <w:bidi w:val="1"/>
              <w:jc w:val="right"/>
            </w:pPr>
            <w:r/>
            <w:r>
              <w:rPr>
                <w:rFonts w:ascii="Assistant" w:hAnsi="Assistant" w:cs="Assistant"/>
                <w:b w:val="0"/>
                <w:sz w:val="21"/>
                <w:rtl w:val="1"/>
                <w:szCs w:val="21"/>
              </w:rPr>
              <w:t>סחר לא שוויוני</w:t>
            </w:r>
          </w:p>
        </w:tc>
        <w:tc>
          <w:tcPr>
            <w:tcW w:type="dxa" w:w="5102"/>
          </w:tcPr>
          <w:p>
            <w:pPr>
              <w:bidi w:val="1"/>
              <w:jc w:val="right"/>
            </w:pPr>
            <w:r/>
            <w:r>
              <w:rPr>
                <w:rFonts w:ascii="Assistant" w:hAnsi="Assistant" w:cs="Assistant"/>
                <w:b w:val="0"/>
                <w:sz w:val="21"/>
                <w:rtl w:val="1"/>
                <w:szCs w:val="21"/>
              </w:rPr>
              <w:t>מצב שבו מדינות פחות מפותחות מוכרות חומרי גלם בזול וקונות מוצרים מעובדים ביוקר.</w:t>
            </w:r>
          </w:p>
        </w:tc>
        <w:tc>
          <w:tcPr>
            <w:tcW w:type="dxa" w:w="2835"/>
          </w:tcPr>
          <w:p>
            <w:pPr>
              <w:bidi w:val="1"/>
              <w:jc w:val="right"/>
            </w:pPr>
            <w:r/>
            <w:r>
              <w:rPr>
                <w:rFonts w:ascii="Assistant" w:hAnsi="Assistant" w:cs="Assistant"/>
                <w:b w:val="0"/>
                <w:sz w:val="21"/>
                <w:rtl w:val="1"/>
                <w:szCs w:val="21"/>
              </w:rPr>
              <w:t>מוכרים פולי קפה וקונים מכונות</w:t>
            </w:r>
          </w:p>
        </w:tc>
      </w:tr>
      <w:tr>
        <w:tc>
          <w:tcPr>
            <w:tcW w:type="dxa" w:w="1984"/>
          </w:tcPr>
          <w:p>
            <w:pPr>
              <w:bidi w:val="1"/>
              <w:jc w:val="right"/>
            </w:pPr>
            <w:r/>
            <w:r>
              <w:rPr>
                <w:rFonts w:ascii="Assistant" w:hAnsi="Assistant" w:cs="Assistant"/>
                <w:b w:val="0"/>
                <w:sz w:val="21"/>
                <w:rtl w:val="1"/>
                <w:szCs w:val="21"/>
              </w:rPr>
              <w:t>שולט ונשלט</w:t>
            </w:r>
          </w:p>
        </w:tc>
        <w:tc>
          <w:tcPr>
            <w:tcW w:type="dxa" w:w="5102"/>
          </w:tcPr>
          <w:p>
            <w:pPr>
              <w:bidi w:val="1"/>
              <w:jc w:val="right"/>
            </w:pPr>
            <w:r/>
            <w:r>
              <w:rPr>
                <w:rFonts w:ascii="Assistant" w:hAnsi="Assistant" w:cs="Assistant"/>
                <w:b w:val="0"/>
                <w:sz w:val="21"/>
                <w:rtl w:val="1"/>
                <w:szCs w:val="21"/>
              </w:rPr>
              <w:t>יחסים שבהם צד אחד קובע את המחירים והתנאים, והצד האחר תלוי בהחלטותיו.</w:t>
            </w:r>
          </w:p>
        </w:tc>
        <w:tc>
          <w:tcPr>
            <w:tcW w:type="dxa" w:w="2835"/>
          </w:tcPr>
          <w:p>
            <w:pPr>
              <w:bidi w:val="1"/>
              <w:jc w:val="right"/>
            </w:pPr>
            <w:r/>
            <w:r>
              <w:rPr>
                <w:rFonts w:ascii="Assistant" w:hAnsi="Assistant" w:cs="Assistant"/>
                <w:b w:val="0"/>
                <w:sz w:val="21"/>
                <w:rtl w:val="1"/>
                <w:szCs w:val="21"/>
              </w:rPr>
              <w:t>קונים גדולים שקובעים את מחיר הכותנה</w:t>
            </w:r>
          </w:p>
        </w:tc>
      </w:tr>
      <w:tr>
        <w:tc>
          <w:tcPr>
            <w:tcW w:type="dxa" w:w="1984"/>
          </w:tcPr>
          <w:p>
            <w:pPr>
              <w:bidi w:val="1"/>
              <w:jc w:val="right"/>
            </w:pPr>
            <w:r/>
            <w:r>
              <w:rPr>
                <w:rFonts w:ascii="Assistant" w:hAnsi="Assistant" w:cs="Assistant"/>
                <w:b w:val="0"/>
                <w:sz w:val="21"/>
                <w:rtl w:val="1"/>
                <w:szCs w:val="21"/>
              </w:rPr>
              <w:t>סיוע בינלאומי</w:t>
            </w:r>
          </w:p>
        </w:tc>
        <w:tc>
          <w:tcPr>
            <w:tcW w:type="dxa" w:w="5102"/>
          </w:tcPr>
          <w:p>
            <w:pPr>
              <w:bidi w:val="1"/>
              <w:jc w:val="right"/>
            </w:pPr>
            <w:r/>
            <w:r>
              <w:rPr>
                <w:rFonts w:ascii="Assistant" w:hAnsi="Assistant" w:cs="Assistant"/>
                <w:b w:val="0"/>
                <w:sz w:val="21"/>
                <w:rtl w:val="1"/>
                <w:szCs w:val="21"/>
              </w:rPr>
              <w:t>עזרה של מדינות וגופים בכסף, מזון, ציוד ומומחים למדינות במצוקה או למדינות מתפתחות.</w:t>
            </w:r>
          </w:p>
        </w:tc>
        <w:tc>
          <w:tcPr>
            <w:tcW w:type="dxa" w:w="2835"/>
          </w:tcPr>
          <w:p>
            <w:pPr>
              <w:bidi w:val="1"/>
              <w:jc w:val="right"/>
            </w:pPr>
            <w:r/>
            <w:r>
              <w:rPr>
                <w:rFonts w:ascii="Assistant" w:hAnsi="Assistant" w:cs="Assistant"/>
                <w:b w:val="0"/>
                <w:sz w:val="21"/>
                <w:rtl w:val="1"/>
                <w:szCs w:val="21"/>
              </w:rPr>
              <w:t>מומחים שמלמדים השקיה בטפטוף</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חוט אחד, שני קצוות</w:t>
      </w:r>
    </w:p>
    <w:p>
      <w:pPr>
        <w:bidi w:val="1"/>
        <w:spacing w:after="120"/>
        <w:jc w:val="right"/>
      </w:pPr>
      <w:r>
        <w:rPr>
          <w:rFonts w:ascii="Assistant" w:hAnsi="Assistant" w:cs="Assistant"/>
          <w:b w:val="0"/>
          <w:sz w:val="23"/>
          <w:rtl w:val="1"/>
          <w:szCs w:val="23"/>
        </w:rPr>
        <w:t>חשבו על חולצה פשוטה: העיצוב נעשה במשרד בעיר גדולה במדינה מפותחת, הכותנה גדלה במדינה פחות מפותחת, התפירה נעשתה במדינה שבה השכר נמוך מאוד, והחולצה נמכרת בחנות במדינה מפותחת. נוצר ״חוט״ שמחבר מדינות רבות – אבל לא כולן מרוויחות ממנו באותה מידה.</w:t>
      </w:r>
    </w:p>
    <w:p>
      <w:pPr>
        <w:bidi w:val="1"/>
        <w:spacing w:after="120"/>
        <w:jc w:val="right"/>
      </w:pPr>
      <w:r>
        <w:rPr>
          <w:rFonts w:ascii="Assistant" w:hAnsi="Assistant" w:cs="Assistant"/>
          <w:b w:val="0"/>
          <w:sz w:val="23"/>
          <w:rtl w:val="1"/>
          <w:szCs w:val="23"/>
        </w:rPr>
        <w:t>תאגידים בינלאומיים מפצלים את פעילותם. מחקר ופיתוח – המצאה, עיצוב ותכנון – נעשים בעיקר במדינות מפותחות, שבהן יש אוניברסיטאות ומהנדסים. הייצור עובר לעיתים קרובות למדינות שבהן העבודה זולה. רוב הרווחים חוזרים למטה התאגיד. כך נוצר פער בין המקום שבו ״חושבים״ למקום שבו ״עושים״.</w:t>
      </w:r>
    </w:p>
    <w:p>
      <w:pPr>
        <w:bidi w:val="1"/>
        <w:spacing w:after="120"/>
        <w:jc w:val="right"/>
      </w:pPr>
      <w:r>
        <w:rPr>
          <w:rFonts w:ascii="Assistant" w:hAnsi="Assistant" w:cs="Assistant"/>
          <w:b w:val="0"/>
          <w:sz w:val="23"/>
          <w:rtl w:val="1"/>
          <w:szCs w:val="23"/>
        </w:rPr>
        <w:t>גם אנשים נעים. עובדים זרים עוזבים מדינות פחות מפותחות כדי לעבוד בחקלאות, בבנייה ובטיפול בקשישים, ושולחים חלק מהשכר למשפחותיהם. מנגד, לפעמים דווקא המשכילים עוזבים – ״בריחת מוחות״. גם הסחר אינו שוויוני: מדינות פחות מפותחות מוכרות קפה, כותנה ומחצבים בזול וקונות מוצרים מעובדים ביוקר. כשמחיר הקפה יורד, מדינה שתלויה בו נפגעת מאוד – יחסי ״שולט ונשלט״.</w:t>
      </w:r>
    </w:p>
    <w:p>
      <w:pPr>
        <w:bidi w:val="1"/>
        <w:spacing w:after="120"/>
        <w:jc w:val="right"/>
      </w:pPr>
      <w:r>
        <w:rPr>
          <w:rFonts w:ascii="Assistant" w:hAnsi="Assistant" w:cs="Assistant"/>
          <w:b w:val="0"/>
          <w:sz w:val="23"/>
          <w:rtl w:val="1"/>
          <w:szCs w:val="23"/>
        </w:rPr>
        <w:t>כדי לצמצם פערים נשלח סיוע בינלאומי: כסף, מזון, ציוד ומומחים. ישראל משתפת מדינות בידע בחקלאות, כמו השקיה בטפטוף, ושולחת צוותים רפואיים לאזורי אסון. לפי גישה זו, סיוע טוב לא רק נותן ״דג״, אלא מלמד ״לדוג״, כך שהמדינה תוכל לעמוד ברשות עצמה.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יחסי תלות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מצב שבו מדינות פחות מפותחות מוכרות חומרי גלם בזול וקונות מוצרים מעובדים ביוקר.</w:t>
            </w:r>
          </w:p>
        </w:tc>
      </w:tr>
      <w:tr>
        <w:tc>
          <w:tcPr>
            <w:tcW w:type="dxa" w:w="2268"/>
          </w:tcPr>
          <w:p>
            <w:pPr>
              <w:bidi w:val="1"/>
              <w:jc w:val="right"/>
            </w:pPr>
            <w:r/>
            <w:r>
              <w:rPr>
                <w:rFonts w:ascii="Assistant" w:hAnsi="Assistant" w:cs="Assistant"/>
                <w:b w:val="0"/>
                <w:sz w:val="21"/>
                <w:rtl w:val="1"/>
                <w:szCs w:val="21"/>
              </w:rPr>
              <w:t>2. מחקר ופיתוח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המצאה, עיצוב ותכנון של מוצרים חדשים, שנעשים בעיקר במדינות מפותחות עם מדענים ומהנדסים.</w:t>
            </w:r>
          </w:p>
        </w:tc>
      </w:tr>
      <w:tr>
        <w:tc>
          <w:tcPr>
            <w:tcW w:type="dxa" w:w="2268"/>
          </w:tcPr>
          <w:p>
            <w:pPr>
              <w:bidi w:val="1"/>
              <w:jc w:val="right"/>
            </w:pPr>
            <w:r/>
            <w:r>
              <w:rPr>
                <w:rFonts w:ascii="Assistant" w:hAnsi="Assistant" w:cs="Assistant"/>
                <w:b w:val="0"/>
                <w:sz w:val="21"/>
                <w:rtl w:val="1"/>
                <w:szCs w:val="21"/>
              </w:rPr>
              <w:t>3. העברת רווחים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קשר בין מדינות שבו צד אחד חזק יותר וקובע, והצד האחר זקוק לו ותלוי בהחלטותיו.</w:t>
            </w:r>
          </w:p>
        </w:tc>
      </w:tr>
      <w:tr>
        <w:tc>
          <w:tcPr>
            <w:tcW w:type="dxa" w:w="2268"/>
          </w:tcPr>
          <w:p>
            <w:pPr>
              <w:bidi w:val="1"/>
              <w:jc w:val="right"/>
            </w:pPr>
            <w:r/>
            <w:r>
              <w:rPr>
                <w:rFonts w:ascii="Assistant" w:hAnsi="Assistant" w:cs="Assistant"/>
                <w:b w:val="0"/>
                <w:sz w:val="21"/>
                <w:rtl w:val="1"/>
                <w:szCs w:val="21"/>
              </w:rPr>
              <w:t>4. עובדים זרים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מעבר הרווחים מהמפעלים במדינות פחות מפותחות בחזרה למטה התאגיד במדינה המפותחת.</w:t>
            </w:r>
          </w:p>
        </w:tc>
      </w:tr>
      <w:tr>
        <w:tc>
          <w:tcPr>
            <w:tcW w:type="dxa" w:w="2268"/>
          </w:tcPr>
          <w:p>
            <w:pPr>
              <w:bidi w:val="1"/>
              <w:jc w:val="right"/>
            </w:pPr>
            <w:r/>
            <w:r>
              <w:rPr>
                <w:rFonts w:ascii="Assistant" w:hAnsi="Assistant" w:cs="Assistant"/>
                <w:b w:val="0"/>
                <w:sz w:val="21"/>
                <w:rtl w:val="1"/>
                <w:szCs w:val="21"/>
              </w:rPr>
              <w:t>5. בריחת מוחות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אנשים שעוזבים מדינה פחות מפותחת כדי לעבוד במדינה מפותחת ושולחים כסף למשפחותיהם.</w:t>
            </w:r>
          </w:p>
        </w:tc>
      </w:tr>
      <w:tr>
        <w:tc>
          <w:tcPr>
            <w:tcW w:type="dxa" w:w="2268"/>
          </w:tcPr>
          <w:p>
            <w:pPr>
              <w:bidi w:val="1"/>
              <w:jc w:val="right"/>
            </w:pPr>
            <w:r/>
            <w:r>
              <w:rPr>
                <w:rFonts w:ascii="Assistant" w:hAnsi="Assistant" w:cs="Assistant"/>
                <w:b w:val="0"/>
                <w:sz w:val="21"/>
                <w:rtl w:val="1"/>
                <w:szCs w:val="21"/>
              </w:rPr>
              <w:t>6. סחר לא שוויוני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עזיבה של אנשים משכילים ומוכשרים את ארצם, כך שהיא מאבדת את הידע והכישרון שלהם.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סחר לא שוויוני   ·   בריחת מוחות   ·   סיוע בינלאומי   ·   שולט ונשלט</w:t>
      </w:r>
    </w:p>
    <w:p>
      <w:pPr>
        <w:bidi w:val="1"/>
        <w:spacing w:after="80"/>
        <w:jc w:val="right"/>
      </w:pPr>
      <w:r>
        <w:rPr>
          <w:rFonts w:ascii="Assistant" w:hAnsi="Assistant" w:cs="Assistant"/>
          <w:b w:val="0"/>
          <w:sz w:val="23"/>
          <w:rtl w:val="1"/>
          <w:szCs w:val="23"/>
        </w:rPr>
        <w:t>1. מומחים שמלמדים השקיה בטפטוף – זו דוגמה ל־______________</w:t>
      </w:r>
    </w:p>
    <w:p>
      <w:pPr>
        <w:bidi w:val="1"/>
        <w:spacing w:after="80"/>
        <w:jc w:val="right"/>
      </w:pPr>
      <w:r>
        <w:rPr>
          <w:rFonts w:ascii="Assistant" w:hAnsi="Assistant" w:cs="Assistant"/>
          <w:b w:val="0"/>
          <w:sz w:val="23"/>
          <w:rtl w:val="1"/>
          <w:szCs w:val="23"/>
        </w:rPr>
        <w:t>2. קונים גדולים שקובעים את מחיר הכותנה – זו דוגמה ל־______________</w:t>
      </w:r>
    </w:p>
    <w:p>
      <w:pPr>
        <w:bidi w:val="1"/>
        <w:spacing w:after="80"/>
        <w:jc w:val="right"/>
      </w:pPr>
      <w:r>
        <w:rPr>
          <w:rFonts w:ascii="Assistant" w:hAnsi="Assistant" w:cs="Assistant"/>
          <w:b w:val="0"/>
          <w:sz w:val="23"/>
          <w:rtl w:val="1"/>
          <w:szCs w:val="23"/>
        </w:rPr>
        <w:t>3. מוכרים פולי קפה וקונים מכונות – זו דוגמה ל־______________</w:t>
      </w:r>
    </w:p>
    <w:p>
      <w:pPr>
        <w:bidi w:val="1"/>
        <w:spacing w:after="80"/>
        <w:jc w:val="right"/>
      </w:pPr>
      <w:r>
        <w:rPr>
          <w:rFonts w:ascii="Assistant" w:hAnsi="Assistant" w:cs="Assistant"/>
          <w:b w:val="0"/>
          <w:sz w:val="23"/>
          <w:rtl w:val="1"/>
          <w:szCs w:val="23"/>
        </w:rPr>
        <w:t>4. רופאה שעוברת לעבוד במדינה עשירה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מחקר ופיתוח נעשים בעיקר במדינות מפותחות?</w:t>
      </w:r>
    </w:p>
    <w:p>
      <w:pPr>
        <w:bidi w:val="1"/>
        <w:spacing w:after="20"/>
        <w:jc w:val="right"/>
      </w:pPr>
      <w:r>
        <w:rPr>
          <w:rFonts w:ascii="Assistant" w:hAnsi="Assistant" w:cs="Assistant"/>
          <w:b w:val="0"/>
          <w:sz w:val="23"/>
          <w:rtl w:val="1"/>
          <w:szCs w:val="23"/>
        </w:rPr>
        <w:t xml:space="preserve">     ◯ א. כי שם העבודה הכי זולה</w:t>
      </w:r>
    </w:p>
    <w:p>
      <w:pPr>
        <w:bidi w:val="1"/>
        <w:spacing w:after="20"/>
        <w:jc w:val="right"/>
      </w:pPr>
      <w:r>
        <w:rPr>
          <w:rFonts w:ascii="Assistant" w:hAnsi="Assistant" w:cs="Assistant"/>
          <w:b w:val="0"/>
          <w:sz w:val="23"/>
          <w:rtl w:val="1"/>
          <w:szCs w:val="23"/>
        </w:rPr>
        <w:t xml:space="preserve">     ◯ ב. כי שם יש אוניברסיטאות, מדענים ומהנדסים</w:t>
      </w:r>
    </w:p>
    <w:p>
      <w:pPr>
        <w:bidi w:val="1"/>
        <w:spacing w:after="20"/>
        <w:jc w:val="right"/>
      </w:pPr>
      <w:r>
        <w:rPr>
          <w:rFonts w:ascii="Assistant" w:hAnsi="Assistant" w:cs="Assistant"/>
          <w:b w:val="0"/>
          <w:sz w:val="23"/>
          <w:rtl w:val="1"/>
          <w:szCs w:val="23"/>
        </w:rPr>
        <w:t xml:space="preserve">     ◯ ג. כי שם יש יותר כותנה</w:t>
      </w:r>
    </w:p>
    <w:p>
      <w:pPr>
        <w:bidi w:val="1"/>
        <w:spacing w:after="20"/>
        <w:jc w:val="right"/>
      </w:pPr>
      <w:r>
        <w:rPr>
          <w:rFonts w:ascii="Assistant" w:hAnsi="Assistant" w:cs="Assistant"/>
          <w:b w:val="0"/>
          <w:sz w:val="23"/>
          <w:rtl w:val="1"/>
          <w:szCs w:val="23"/>
        </w:rPr>
        <w:t xml:space="preserve">     ◯ ד. כי שם אין מפעלים</w:t>
      </w:r>
    </w:p>
    <w:p>
      <w:pPr>
        <w:bidi w:val="1"/>
        <w:spacing w:after="20"/>
        <w:jc w:val="right"/>
      </w:pPr>
      <w:r>
        <w:rPr>
          <w:rFonts w:ascii="Assistant" w:hAnsi="Assistant" w:cs="Assistant"/>
          <w:b/>
          <w:sz w:val="23"/>
          <w:rtl w:val="1"/>
          <w:bCs/>
          <w:szCs w:val="23"/>
        </w:rPr>
        <w:t>2. מהי ״בריחת מוחות״?</w:t>
      </w:r>
    </w:p>
    <w:p>
      <w:pPr>
        <w:bidi w:val="1"/>
        <w:spacing w:after="20"/>
        <w:jc w:val="right"/>
      </w:pPr>
      <w:r>
        <w:rPr>
          <w:rFonts w:ascii="Assistant" w:hAnsi="Assistant" w:cs="Assistant"/>
          <w:b w:val="0"/>
          <w:sz w:val="23"/>
          <w:rtl w:val="1"/>
          <w:szCs w:val="23"/>
        </w:rPr>
        <w:t xml:space="preserve">     ◯ א. עזיבה של אנשים משכילים ומוכשרים את ארצם</w:t>
      </w:r>
    </w:p>
    <w:p>
      <w:pPr>
        <w:bidi w:val="1"/>
        <w:spacing w:after="20"/>
        <w:jc w:val="right"/>
      </w:pPr>
      <w:r>
        <w:rPr>
          <w:rFonts w:ascii="Assistant" w:hAnsi="Assistant" w:cs="Assistant"/>
          <w:b w:val="0"/>
          <w:sz w:val="23"/>
          <w:rtl w:val="1"/>
          <w:szCs w:val="23"/>
        </w:rPr>
        <w:t xml:space="preserve">     ◯ ב. שכחה של מידע</w:t>
      </w:r>
    </w:p>
    <w:p>
      <w:pPr>
        <w:bidi w:val="1"/>
        <w:spacing w:after="20"/>
        <w:jc w:val="right"/>
      </w:pPr>
      <w:r>
        <w:rPr>
          <w:rFonts w:ascii="Assistant" w:hAnsi="Assistant" w:cs="Assistant"/>
          <w:b w:val="0"/>
          <w:sz w:val="23"/>
          <w:rtl w:val="1"/>
          <w:szCs w:val="23"/>
        </w:rPr>
        <w:t xml:space="preserve">     ◯ ג. מחלה</w:t>
      </w:r>
    </w:p>
    <w:p>
      <w:pPr>
        <w:bidi w:val="1"/>
        <w:spacing w:after="20"/>
        <w:jc w:val="right"/>
      </w:pPr>
      <w:r>
        <w:rPr>
          <w:rFonts w:ascii="Assistant" w:hAnsi="Assistant" w:cs="Assistant"/>
          <w:b w:val="0"/>
          <w:sz w:val="23"/>
          <w:rtl w:val="1"/>
          <w:szCs w:val="23"/>
        </w:rPr>
        <w:t xml:space="preserve">     ◯ ד. מעבר של מפעלים</w:t>
      </w:r>
    </w:p>
    <w:p>
      <w:pPr>
        <w:bidi w:val="1"/>
        <w:spacing w:after="20"/>
        <w:jc w:val="right"/>
      </w:pPr>
      <w:r>
        <w:rPr>
          <w:rFonts w:ascii="Assistant" w:hAnsi="Assistant" w:cs="Assistant"/>
          <w:b/>
          <w:sz w:val="23"/>
          <w:rtl w:val="1"/>
          <w:bCs/>
          <w:szCs w:val="23"/>
        </w:rPr>
        <w:t>3. מדוע ירידה במחיר הקפה פוגעת מאוד במדינה מסוימת?</w:t>
      </w:r>
    </w:p>
    <w:p>
      <w:pPr>
        <w:bidi w:val="1"/>
        <w:spacing w:after="20"/>
        <w:jc w:val="right"/>
      </w:pPr>
      <w:r>
        <w:rPr>
          <w:rFonts w:ascii="Assistant" w:hAnsi="Assistant" w:cs="Assistant"/>
          <w:b w:val="0"/>
          <w:sz w:val="23"/>
          <w:rtl w:val="1"/>
          <w:szCs w:val="23"/>
        </w:rPr>
        <w:t xml:space="preserve">     ◯ א. כי היא קונה הרבה קפה</w:t>
      </w:r>
    </w:p>
    <w:p>
      <w:pPr>
        <w:bidi w:val="1"/>
        <w:spacing w:after="20"/>
        <w:jc w:val="right"/>
      </w:pPr>
      <w:r>
        <w:rPr>
          <w:rFonts w:ascii="Assistant" w:hAnsi="Assistant" w:cs="Assistant"/>
          <w:b w:val="0"/>
          <w:sz w:val="23"/>
          <w:rtl w:val="1"/>
          <w:szCs w:val="23"/>
        </w:rPr>
        <w:t xml:space="preserve">     ◯ ב. כי אין בה קפה</w:t>
      </w:r>
    </w:p>
    <w:p>
      <w:pPr>
        <w:bidi w:val="1"/>
        <w:spacing w:after="20"/>
        <w:jc w:val="right"/>
      </w:pPr>
      <w:r>
        <w:rPr>
          <w:rFonts w:ascii="Assistant" w:hAnsi="Assistant" w:cs="Assistant"/>
          <w:b w:val="0"/>
          <w:sz w:val="23"/>
          <w:rtl w:val="1"/>
          <w:szCs w:val="23"/>
        </w:rPr>
        <w:t xml:space="preserve">     ◯ ג. כי היא תלויה במכירת מוצר אחד</w:t>
      </w:r>
    </w:p>
    <w:p>
      <w:pPr>
        <w:bidi w:val="1"/>
        <w:spacing w:after="20"/>
        <w:jc w:val="right"/>
      </w:pPr>
      <w:r>
        <w:rPr>
          <w:rFonts w:ascii="Assistant" w:hAnsi="Assistant" w:cs="Assistant"/>
          <w:b w:val="0"/>
          <w:sz w:val="23"/>
          <w:rtl w:val="1"/>
          <w:szCs w:val="23"/>
        </w:rPr>
        <w:t xml:space="preserve">     ◯ ד. כי קפה מזיק</w:t>
      </w:r>
    </w:p>
    <w:p>
      <w:pPr>
        <w:bidi w:val="1"/>
        <w:spacing w:after="20"/>
        <w:jc w:val="right"/>
      </w:pPr>
      <w:r>
        <w:rPr>
          <w:rFonts w:ascii="Assistant" w:hAnsi="Assistant" w:cs="Assistant"/>
          <w:b/>
          <w:sz w:val="23"/>
          <w:rtl w:val="1"/>
          <w:bCs/>
          <w:szCs w:val="23"/>
        </w:rPr>
        <w:t>4. מה מבטא הביטוי ״לא לתת דג אלא ללמד לדוג״?</w:t>
      </w:r>
    </w:p>
    <w:p>
      <w:pPr>
        <w:bidi w:val="1"/>
        <w:spacing w:after="20"/>
        <w:jc w:val="right"/>
      </w:pPr>
      <w:r>
        <w:rPr>
          <w:rFonts w:ascii="Assistant" w:hAnsi="Assistant" w:cs="Assistant"/>
          <w:b w:val="0"/>
          <w:sz w:val="23"/>
          <w:rtl w:val="1"/>
          <w:szCs w:val="23"/>
        </w:rPr>
        <w:t xml:space="preserve">     ◯ א. שצריך לאכול דגים</w:t>
      </w:r>
    </w:p>
    <w:p>
      <w:pPr>
        <w:bidi w:val="1"/>
        <w:spacing w:after="20"/>
        <w:jc w:val="right"/>
      </w:pPr>
      <w:r>
        <w:rPr>
          <w:rFonts w:ascii="Assistant" w:hAnsi="Assistant" w:cs="Assistant"/>
          <w:b w:val="0"/>
          <w:sz w:val="23"/>
          <w:rtl w:val="1"/>
          <w:szCs w:val="23"/>
        </w:rPr>
        <w:t xml:space="preserve">     ◯ ב. שאסור לעזור</w:t>
      </w:r>
    </w:p>
    <w:p>
      <w:pPr>
        <w:bidi w:val="1"/>
        <w:spacing w:after="20"/>
        <w:jc w:val="right"/>
      </w:pPr>
      <w:r>
        <w:rPr>
          <w:rFonts w:ascii="Assistant" w:hAnsi="Assistant" w:cs="Assistant"/>
          <w:b w:val="0"/>
          <w:sz w:val="23"/>
          <w:rtl w:val="1"/>
          <w:szCs w:val="23"/>
        </w:rPr>
        <w:t xml:space="preserve">     ◯ ג. שצריך לשלוח הרבה מזון</w:t>
      </w:r>
    </w:p>
    <w:p>
      <w:pPr>
        <w:bidi w:val="1"/>
        <w:spacing w:after="20"/>
        <w:jc w:val="right"/>
      </w:pPr>
      <w:r>
        <w:rPr>
          <w:rFonts w:ascii="Assistant" w:hAnsi="Assistant" w:cs="Assistant"/>
          <w:b w:val="0"/>
          <w:sz w:val="23"/>
          <w:rtl w:val="1"/>
          <w:szCs w:val="23"/>
        </w:rPr>
        <w:t xml:space="preserve">     ◯ ד. שסיוע טוב בונה יכולת לעמוד ברשות עצמך</w:t>
      </w:r>
    </w:p>
    <w:p>
      <w:pPr>
        <w:bidi w:val="1"/>
        <w:spacing w:after="20"/>
        <w:jc w:val="right"/>
      </w:pPr>
      <w:r>
        <w:rPr>
          <w:rFonts w:ascii="Assistant" w:hAnsi="Assistant" w:cs="Assistant"/>
          <w:b/>
          <w:sz w:val="23"/>
          <w:rtl w:val="1"/>
          <w:bCs/>
          <w:szCs w:val="23"/>
        </w:rPr>
        <w:t>5. מה מראה העובדה שרוב הרווחים חוזרים למטה התאגיד?</w:t>
      </w:r>
    </w:p>
    <w:p>
      <w:pPr>
        <w:bidi w:val="1"/>
        <w:spacing w:after="20"/>
        <w:jc w:val="right"/>
      </w:pPr>
      <w:r>
        <w:rPr>
          <w:rFonts w:ascii="Assistant" w:hAnsi="Assistant" w:cs="Assistant"/>
          <w:b w:val="0"/>
          <w:sz w:val="23"/>
          <w:rtl w:val="1"/>
          <w:szCs w:val="23"/>
        </w:rPr>
        <w:t xml:space="preserve">     ◯ א. שהרווח מתחלק לא שווה בין המדינות</w:t>
      </w:r>
    </w:p>
    <w:p>
      <w:pPr>
        <w:bidi w:val="1"/>
        <w:spacing w:after="20"/>
        <w:jc w:val="right"/>
      </w:pPr>
      <w:r>
        <w:rPr>
          <w:rFonts w:ascii="Assistant" w:hAnsi="Assistant" w:cs="Assistant"/>
          <w:b w:val="0"/>
          <w:sz w:val="23"/>
          <w:rtl w:val="1"/>
          <w:szCs w:val="23"/>
        </w:rPr>
        <w:t xml:space="preserve">     ◯ ב. שהמפעלים לא מרוויחים</w:t>
      </w:r>
    </w:p>
    <w:p>
      <w:pPr>
        <w:bidi w:val="1"/>
        <w:spacing w:after="20"/>
        <w:jc w:val="right"/>
      </w:pPr>
      <w:r>
        <w:rPr>
          <w:rFonts w:ascii="Assistant" w:hAnsi="Assistant" w:cs="Assistant"/>
          <w:b w:val="0"/>
          <w:sz w:val="23"/>
          <w:rtl w:val="1"/>
          <w:szCs w:val="23"/>
        </w:rPr>
        <w:t xml:space="preserve">     ◯ ג. שהעובדים מקבלים את רוב הרווח</w:t>
      </w:r>
    </w:p>
    <w:p>
      <w:pPr>
        <w:bidi w:val="1"/>
        <w:spacing w:after="20"/>
        <w:jc w:val="right"/>
      </w:pPr>
      <w:r>
        <w:rPr>
          <w:rFonts w:ascii="Assistant" w:hAnsi="Assistant" w:cs="Assistant"/>
          <w:b w:val="0"/>
          <w:sz w:val="23"/>
          <w:rtl w:val="1"/>
          <w:szCs w:val="23"/>
        </w:rPr>
        <w:t xml:space="preserve">     ◯ ד. שאין תאגידים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הייצור עובר לעיתים קרובות למדינות שבהן העבודה זולה.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כסף שעובדים זרים שולחים הביתה אינו עוזר לאיש.</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מדינות פחות מפותחות מוכרות בעיקר מוצרים מעובדים ומתקדמים.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סיוע יכול לכלול גם מומחים שמלמדים ידע.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שרטטו את ״החוט״ של חולצה וסמנו בכל תחנה: מדינה מפותחת או פחות מפותחת, ומי מרוויח.</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הציגו יתרון וחיסרון של הגירת עובדים למדינה ממנה הם יוצאים.</w:t>
      </w:r>
    </w:p>
    <w:p>
      <w:pPr>
        <w:bidi w:val="1"/>
        <w:spacing w:after="20"/>
        <w:jc w:val="right"/>
      </w:pPr>
      <w:r>
        <w:rPr>
          <w:rFonts w:ascii="Assistant" w:hAnsi="Assistant" w:cs="Assistant"/>
          <w:b w:val="0"/>
          <w:color w:val="666666"/>
          <w:sz w:val="21"/>
          <w:rtl w:val="1"/>
          <w:szCs w:val="21"/>
        </w:rPr>
        <w:t>✏️ התחילו כך: יתרון: ... חיסרון: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מדוע סיוע בידע עשוי להיות טוב יותר משליחת מזון בלבד?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מפותח ופחות מפותח: יחסי תלות     שם: __________</w:t>
      </w:r>
    </w:p>
    <w:p>
      <w:pPr>
        <w:bidi w:val="1"/>
        <w:spacing w:after="20"/>
        <w:jc w:val="right"/>
      </w:pPr>
      <w:r>
        <w:rPr>
          <w:rFonts w:ascii="Assistant" w:hAnsi="Assistant" w:cs="Assistant"/>
          <w:b w:val="0"/>
          <w:sz w:val="23"/>
          <w:rtl w:val="1"/>
          <w:szCs w:val="23"/>
        </w:rPr>
        <w:t>1. מי ״חושב״ ומי ״עושה״ בשרשרת החולצה?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ליחסי שולט ונשלט: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הסיוע הטוב ביותר לדעתי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מפותח ופחות מפותח: יחסי תלות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